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2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26"/>
      </w:tblGrid>
      <w:tr w:rsidR="00E65341" w14:paraId="5544BFF9" w14:textId="77777777">
        <w:trPr>
          <w:cantSplit/>
          <w:trHeight w:hRule="exact" w:val="990"/>
          <w:jc w:val="center"/>
        </w:trPr>
        <w:tc>
          <w:tcPr>
            <w:tcW w:w="90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4015A" w14:textId="77777777" w:rsidR="00E65341" w:rsidRDefault="00F377BA">
            <w:pPr>
              <w:jc w:val="center"/>
            </w:pPr>
            <w:sdt>
              <w:sdtPr>
                <w:rPr>
                  <w:rFonts w:cs="Times New Roman"/>
                  <w:b/>
                  <w:bCs/>
                  <w:caps/>
                  <w:sz w:val="28"/>
                  <w:szCs w:val="28"/>
                </w:rPr>
                <w:alias w:val="Title"/>
                <w:tag w:val="TITLE"/>
                <w:id w:val="792873551"/>
                <w:lock w:val="sdtLocked"/>
                <w:placeholder>
                  <w:docPart w:val="PH_TITLE_2026"/>
                </w:placeholder>
                <w:showingPlcHdr/>
                <w:text w:multiLine="1"/>
              </w:sdtPr>
              <w:sdtEndPr/>
              <w:sdtContent>
                <w:r>
                  <w:rPr>
                    <w:rFonts w:cs="Times New Roman"/>
                    <w:b/>
                    <w:bCs/>
                    <w:caps/>
                    <w:sz w:val="28"/>
                    <w:szCs w:val="28"/>
                  </w:rPr>
                  <w:t>ENTER TITLE</w:t>
                </w:r>
              </w:sdtContent>
            </w:sdt>
          </w:p>
        </w:tc>
      </w:tr>
      <w:tr w:rsidR="00E65341" w14:paraId="2334322A" w14:textId="77777777">
        <w:trPr>
          <w:cantSplit/>
          <w:trHeight w:hRule="exact" w:val="500"/>
          <w:jc w:val="center"/>
        </w:trPr>
        <w:tc>
          <w:tcPr>
            <w:tcW w:w="90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58B0C" w14:textId="77777777" w:rsidR="00E65341" w:rsidRDefault="00F377BA">
            <w:pPr>
              <w:jc w:val="center"/>
            </w:pPr>
            <w:sdt>
              <w:sdtPr>
                <w:rPr>
                  <w:rFonts w:cs="Times New Roman"/>
                  <w:szCs w:val="24"/>
                </w:rPr>
                <w:alias w:val="Authors"/>
                <w:tag w:val="AUTHORS"/>
                <w:id w:val="704139698"/>
                <w:lock w:val="sdtLocked"/>
                <w:placeholder>
                  <w:docPart w:val="PH_AUTHORS_2026"/>
                </w:placeholder>
                <w:showingPlcHdr/>
                <w:text w:multiLine="1"/>
              </w:sdtPr>
              <w:sdtEndPr/>
              <w:sdtContent>
                <w:r>
                  <w:rPr>
                    <w:rFonts w:cs="Times New Roman"/>
                    <w:szCs w:val="24"/>
                  </w:rPr>
                  <w:t>Enter author name(s)</w:t>
                </w:r>
              </w:sdtContent>
            </w:sdt>
          </w:p>
        </w:tc>
      </w:tr>
      <w:tr w:rsidR="00E65341" w14:paraId="3EDEF800" w14:textId="77777777">
        <w:trPr>
          <w:cantSplit/>
          <w:trHeight w:hRule="exact" w:val="700"/>
          <w:jc w:val="center"/>
        </w:trPr>
        <w:tc>
          <w:tcPr>
            <w:tcW w:w="90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530D4" w14:textId="77777777" w:rsidR="00E65341" w:rsidRDefault="00F377BA">
            <w:pPr>
              <w:jc w:val="center"/>
            </w:pPr>
            <w:sdt>
              <w:sdtPr>
                <w:rPr>
                  <w:rFonts w:cs="Times New Roman"/>
                  <w:i/>
                  <w:iCs/>
                  <w:szCs w:val="24"/>
                </w:rPr>
                <w:alias w:val="Address"/>
                <w:tag w:val="ADDRESS"/>
                <w:id w:val="167845030"/>
                <w:lock w:val="sdtLocked"/>
                <w:placeholder>
                  <w:docPart w:val="PH_ADDRESS_2026"/>
                </w:placeholder>
                <w:showingPlcHdr/>
                <w:text w:multiLine="1"/>
              </w:sdtPr>
              <w:sdtEndPr/>
              <w:sdtContent>
                <w:r>
                  <w:rPr>
                    <w:rFonts w:cs="Times New Roman"/>
                    <w:i/>
                    <w:iCs/>
                    <w:szCs w:val="24"/>
                  </w:rPr>
                  <w:t>Enter institutional address(es)</w:t>
                </w:r>
              </w:sdtContent>
            </w:sdt>
          </w:p>
        </w:tc>
      </w:tr>
      <w:tr w:rsidR="00E65341" w14:paraId="5B6FBD2B" w14:textId="77777777">
        <w:trPr>
          <w:cantSplit/>
          <w:trHeight w:hRule="exact" w:val="540"/>
          <w:jc w:val="center"/>
        </w:trPr>
        <w:tc>
          <w:tcPr>
            <w:tcW w:w="90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D00AE" w14:textId="77777777" w:rsidR="00E65341" w:rsidRDefault="00F377BA">
            <w:pPr>
              <w:jc w:val="center"/>
            </w:pPr>
            <w:sdt>
              <w:sdtPr>
                <w:rPr>
                  <w:rFonts w:cs="Times New Roman"/>
                  <w:i/>
                  <w:iCs/>
                  <w:szCs w:val="24"/>
                </w:rPr>
                <w:alias w:val="Email"/>
                <w:tag w:val="EMAIL"/>
                <w:id w:val="807513404"/>
                <w:lock w:val="sdtLocked"/>
                <w:placeholder>
                  <w:docPart w:val="PH_EMAIL_2026"/>
                </w:placeholder>
                <w:showingPlcHdr/>
                <w:text/>
              </w:sdtPr>
              <w:sdtEndPr/>
              <w:sdtContent>
                <w:r>
                  <w:rPr>
                    <w:rFonts w:cs="Times New Roman"/>
                    <w:i/>
                    <w:iCs/>
                    <w:szCs w:val="24"/>
                  </w:rPr>
                  <w:t>Enter contact e-mail</w:t>
                </w:r>
              </w:sdtContent>
            </w:sdt>
          </w:p>
        </w:tc>
      </w:tr>
      <w:tr w:rsidR="00E65341" w14:paraId="1EA8F4F3" w14:textId="77777777">
        <w:trPr>
          <w:cantSplit/>
          <w:trHeight w:hRule="exact" w:val="10720"/>
          <w:jc w:val="center"/>
        </w:trPr>
        <w:tc>
          <w:tcPr>
            <w:tcW w:w="9026" w:type="dxa"/>
            <w:tcMar>
              <w:top w:w="240" w:type="dxa"/>
              <w:left w:w="0" w:type="dxa"/>
              <w:bottom w:w="0" w:type="dxa"/>
              <w:right w:w="0" w:type="dxa"/>
            </w:tcMar>
          </w:tcPr>
          <w:p w14:paraId="68B91008" w14:textId="77777777" w:rsidR="00E65341" w:rsidRDefault="00F377BA">
            <w:pPr>
              <w:jc w:val="both"/>
            </w:pPr>
            <w:sdt>
              <w:sdtPr>
                <w:rPr>
                  <w:rFonts w:cs="Times New Roman"/>
                  <w:szCs w:val="24"/>
                </w:rPr>
                <w:alias w:val="Abstract"/>
                <w:tag w:val="ABSTRACT"/>
                <w:id w:val="1481506002"/>
                <w:lock w:val="sdtLocked"/>
                <w:placeholder>
                  <w:docPart w:val="PH_ABSTRACT_2026"/>
                </w:placeholder>
                <w:showingPlcHdr/>
                <w:text w:multiLine="1"/>
              </w:sdtPr>
              <w:sdtEndPr/>
              <w:sdtContent>
                <w:r>
                  <w:rPr>
                    <w:rFonts w:cs="Times New Roman"/>
                    <w:szCs w:val="24"/>
                  </w:rPr>
                  <w:t>Enter abstract text here</w:t>
                </w:r>
              </w:sdtContent>
            </w:sdt>
          </w:p>
        </w:tc>
      </w:tr>
    </w:tbl>
    <w:p w14:paraId="52C9D349" w14:textId="77777777" w:rsidR="00E65341" w:rsidRDefault="00E65341">
      <w:pPr>
        <w:spacing w:line="24" w:lineRule="auto"/>
      </w:pPr>
    </w:p>
    <w:sectPr w:rsidR="00E65341" w:rsidSect="00034616">
      <w:pgSz w:w="11906" w:h="16838"/>
      <w:pgMar w:top="1440" w:right="1440" w:bottom="1440" w:left="1440" w:header="350" w:footer="35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E65341"/>
    <w:rsid w:val="00F377B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A4F4D2"/>
  <w14:defaultImageDpi w14:val="300"/>
  <w15:docId w15:val="{D4E3BBBF-8DDC-45DE-89B5-D2736B8B4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PH_TITLE_2026"/>
        <w:category>
          <w:name w:val="General"/>
          <w:gallery w:val="placeholder"/>
        </w:category>
        <w:behaviors>
          <w:behavior w:val="content"/>
        </w:behaviors>
        <w:guid w:val="{992C4EAA-E3CD-4897-A4A5-828BAD3DF9A0}"/>
      </w:docPartPr>
      <w:docPartBody>
        <w:p w:rsidR="009E170E" w:rsidRDefault="00A162D3">
          <w:r>
            <w:t>ENTER TITLE</w:t>
          </w:r>
        </w:p>
      </w:docPartBody>
    </w:docPart>
    <w:docPart>
      <w:docPartPr>
        <w:name w:val="PH_AUTHORS_2026"/>
        <w:category>
          <w:name w:val="General"/>
          <w:gallery w:val="placeholder"/>
        </w:category>
        <w:behaviors>
          <w:behavior w:val="content"/>
        </w:behaviors>
        <w:guid w:val="{306B49BA-5ECA-4716-9D29-AD2C331FF0A5}"/>
      </w:docPartPr>
      <w:docPartBody>
        <w:p w:rsidR="009E170E" w:rsidRDefault="00A162D3">
          <w:r>
            <w:t>Enter author name(s)</w:t>
          </w:r>
        </w:p>
      </w:docPartBody>
    </w:docPart>
    <w:docPart>
      <w:docPartPr>
        <w:name w:val="PH_ADDRESS_2026"/>
        <w:category>
          <w:name w:val="General"/>
          <w:gallery w:val="placeholder"/>
        </w:category>
        <w:behaviors>
          <w:behavior w:val="content"/>
        </w:behaviors>
        <w:guid w:val="{6AD5924E-826A-4780-8B6C-9B80DCAE59E7}"/>
      </w:docPartPr>
      <w:docPartBody>
        <w:p w:rsidR="009E170E" w:rsidRDefault="00A162D3">
          <w:r>
            <w:t>Enter institutional address(es)</w:t>
          </w:r>
        </w:p>
      </w:docPartBody>
    </w:docPart>
    <w:docPart>
      <w:docPartPr>
        <w:name w:val="PH_EMAIL_2026"/>
        <w:category>
          <w:name w:val="General"/>
          <w:gallery w:val="placeholder"/>
        </w:category>
        <w:behaviors>
          <w:behavior w:val="content"/>
        </w:behaviors>
        <w:guid w:val="{899C43FD-A9C6-458F-8590-7F054E407110}"/>
      </w:docPartPr>
      <w:docPartBody>
        <w:p w:rsidR="009E170E" w:rsidRDefault="00A162D3">
          <w:r>
            <w:t>Enter contact e-mail</w:t>
          </w:r>
        </w:p>
      </w:docPartBody>
    </w:docPart>
    <w:docPart>
      <w:docPartPr>
        <w:name w:val="PH_ABSTRACT_2026"/>
        <w:category>
          <w:name w:val="General"/>
          <w:gallery w:val="placeholder"/>
        </w:category>
        <w:behaviors>
          <w:behavior w:val="content"/>
        </w:behaviors>
        <w:guid w:val="{E9B8BBD2-757F-4C63-9941-964C780E4B4C}"/>
      </w:docPartPr>
      <w:docPartBody>
        <w:p w:rsidR="009E170E" w:rsidRDefault="00A162D3">
          <w:r>
            <w:t>Enter abstract text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00000000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170E"/>
    <w:rsid w:val="009E170E"/>
    <w:rsid w:val="00A16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Office</cp:lastModifiedBy>
  <cp:revision>2</cp:revision>
  <dcterms:created xsi:type="dcterms:W3CDTF">2026-09-18T11:33:00Z</dcterms:created>
  <dcterms:modified xsi:type="dcterms:W3CDTF">2026-09-18T11:33:00Z</dcterms:modified>
  <cp:category/>
</cp:coreProperties>
</file>